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62013" w14:textId="77777777" w:rsidR="001217D4" w:rsidRPr="00016DE8" w:rsidRDefault="00000000">
      <w:pPr>
        <w:spacing w:after="200"/>
        <w:jc w:val="right"/>
        <w:rPr>
          <w:lang w:val="pl-PL"/>
        </w:rPr>
      </w:pPr>
      <w:r w:rsidRPr="00016DE8">
        <w:rPr>
          <w:i/>
          <w:sz w:val="18"/>
          <w:lang w:val="pl-PL"/>
        </w:rPr>
        <w:t>Załącznik B do zapytania ofertowego, znak OR.272.14.2026</w:t>
      </w:r>
    </w:p>
    <w:p w14:paraId="18695E22" w14:textId="77777777" w:rsidR="001217D4" w:rsidRPr="00016DE8" w:rsidRDefault="00000000">
      <w:pPr>
        <w:spacing w:before="160" w:after="40"/>
        <w:jc w:val="center"/>
        <w:rPr>
          <w:lang w:val="pl-PL"/>
        </w:rPr>
      </w:pPr>
      <w:r w:rsidRPr="00016DE8">
        <w:rPr>
          <w:b/>
          <w:sz w:val="26"/>
          <w:lang w:val="pl-PL"/>
        </w:rPr>
        <w:t>FORMULARZ OFERTOWY</w:t>
      </w:r>
    </w:p>
    <w:p w14:paraId="1D4D011D" w14:textId="77777777" w:rsidR="001217D4" w:rsidRDefault="00000000">
      <w:r w:rsidRPr="00016DE8">
        <w:rPr>
          <w:b/>
          <w:lang w:val="pl-PL"/>
        </w:rPr>
        <w:t>Zamawiający:</w:t>
      </w:r>
      <w:r w:rsidRPr="00016DE8">
        <w:rPr>
          <w:lang w:val="pl-PL"/>
        </w:rPr>
        <w:t xml:space="preserve"> Powiat Gołdapski – Starostwo Powiatowe w Gołdapi, ul. </w:t>
      </w:r>
      <w:proofErr w:type="spellStart"/>
      <w:r>
        <w:t>Krótka</w:t>
      </w:r>
      <w:proofErr w:type="spellEnd"/>
      <w:r>
        <w:t xml:space="preserve"> 1, 19-500 </w:t>
      </w:r>
      <w:proofErr w:type="spellStart"/>
      <w:r>
        <w:t>Gołdap</w:t>
      </w:r>
      <w:proofErr w:type="spellEnd"/>
    </w:p>
    <w:p w14:paraId="2E30894E" w14:textId="77777777" w:rsidR="001217D4" w:rsidRDefault="00000000">
      <w:pPr>
        <w:spacing w:before="80"/>
      </w:pPr>
      <w:r>
        <w:rPr>
          <w:b/>
        </w:rPr>
        <w:t>Wykonawca: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5953"/>
      </w:tblGrid>
      <w:tr w:rsidR="001217D4" w14:paraId="4E1DA80D" w14:textId="77777777">
        <w:trPr>
          <w:jc w:val="center"/>
        </w:trPr>
        <w:tc>
          <w:tcPr>
            <w:tcW w:w="3118" w:type="dxa"/>
          </w:tcPr>
          <w:p w14:paraId="17105206" w14:textId="77777777" w:rsidR="001217D4" w:rsidRDefault="00000000">
            <w:r>
              <w:rPr>
                <w:b/>
                <w:sz w:val="19"/>
              </w:rPr>
              <w:t>Dane Wykonawcy</w:t>
            </w:r>
          </w:p>
        </w:tc>
        <w:tc>
          <w:tcPr>
            <w:tcW w:w="5953" w:type="dxa"/>
          </w:tcPr>
          <w:p w14:paraId="68277E1A" w14:textId="77777777" w:rsidR="001217D4" w:rsidRDefault="001217D4"/>
        </w:tc>
      </w:tr>
      <w:tr w:rsidR="001217D4" w14:paraId="2E5E3C1C" w14:textId="77777777">
        <w:trPr>
          <w:jc w:val="center"/>
        </w:trPr>
        <w:tc>
          <w:tcPr>
            <w:tcW w:w="3118" w:type="dxa"/>
          </w:tcPr>
          <w:p w14:paraId="62C4D72F" w14:textId="77777777" w:rsidR="001217D4" w:rsidRDefault="00000000">
            <w:r>
              <w:rPr>
                <w:sz w:val="19"/>
              </w:rPr>
              <w:t>Nazwa (firma)</w:t>
            </w:r>
          </w:p>
        </w:tc>
        <w:tc>
          <w:tcPr>
            <w:tcW w:w="5953" w:type="dxa"/>
          </w:tcPr>
          <w:p w14:paraId="34800575" w14:textId="77777777" w:rsidR="001217D4" w:rsidRDefault="001217D4"/>
        </w:tc>
      </w:tr>
      <w:tr w:rsidR="001217D4" w14:paraId="4989A431" w14:textId="77777777">
        <w:trPr>
          <w:jc w:val="center"/>
        </w:trPr>
        <w:tc>
          <w:tcPr>
            <w:tcW w:w="3118" w:type="dxa"/>
          </w:tcPr>
          <w:p w14:paraId="7034D982" w14:textId="77777777" w:rsidR="001217D4" w:rsidRDefault="00000000">
            <w:r>
              <w:rPr>
                <w:sz w:val="19"/>
              </w:rPr>
              <w:t>Adres siedziby</w:t>
            </w:r>
          </w:p>
        </w:tc>
        <w:tc>
          <w:tcPr>
            <w:tcW w:w="5953" w:type="dxa"/>
          </w:tcPr>
          <w:p w14:paraId="36893A2D" w14:textId="77777777" w:rsidR="001217D4" w:rsidRDefault="001217D4"/>
        </w:tc>
      </w:tr>
      <w:tr w:rsidR="001217D4" w14:paraId="5089FE51" w14:textId="77777777">
        <w:trPr>
          <w:jc w:val="center"/>
        </w:trPr>
        <w:tc>
          <w:tcPr>
            <w:tcW w:w="3118" w:type="dxa"/>
          </w:tcPr>
          <w:p w14:paraId="406CCF75" w14:textId="77777777" w:rsidR="001217D4" w:rsidRDefault="00000000">
            <w:r>
              <w:rPr>
                <w:sz w:val="19"/>
              </w:rPr>
              <w:t>NIP / REGON</w:t>
            </w:r>
          </w:p>
        </w:tc>
        <w:tc>
          <w:tcPr>
            <w:tcW w:w="5953" w:type="dxa"/>
          </w:tcPr>
          <w:p w14:paraId="295F854F" w14:textId="77777777" w:rsidR="001217D4" w:rsidRDefault="001217D4"/>
        </w:tc>
      </w:tr>
      <w:tr w:rsidR="001217D4" w14:paraId="68FF9A93" w14:textId="77777777">
        <w:trPr>
          <w:jc w:val="center"/>
        </w:trPr>
        <w:tc>
          <w:tcPr>
            <w:tcW w:w="3118" w:type="dxa"/>
          </w:tcPr>
          <w:p w14:paraId="58EE425D" w14:textId="77777777" w:rsidR="001217D4" w:rsidRDefault="00000000">
            <w:r>
              <w:rPr>
                <w:sz w:val="19"/>
              </w:rPr>
              <w:t>KRS / CEIDG</w:t>
            </w:r>
          </w:p>
        </w:tc>
        <w:tc>
          <w:tcPr>
            <w:tcW w:w="5953" w:type="dxa"/>
          </w:tcPr>
          <w:p w14:paraId="4774DAED" w14:textId="77777777" w:rsidR="001217D4" w:rsidRDefault="001217D4"/>
        </w:tc>
      </w:tr>
      <w:tr w:rsidR="001217D4" w:rsidRPr="00016DE8" w14:paraId="42C30815" w14:textId="77777777">
        <w:trPr>
          <w:jc w:val="center"/>
        </w:trPr>
        <w:tc>
          <w:tcPr>
            <w:tcW w:w="3118" w:type="dxa"/>
          </w:tcPr>
          <w:p w14:paraId="30D9E97F" w14:textId="77777777" w:rsidR="001217D4" w:rsidRPr="00016DE8" w:rsidRDefault="00000000">
            <w:pPr>
              <w:rPr>
                <w:lang w:val="pl-PL"/>
              </w:rPr>
            </w:pPr>
            <w:r w:rsidRPr="00016DE8">
              <w:rPr>
                <w:sz w:val="19"/>
                <w:lang w:val="pl-PL"/>
              </w:rPr>
              <w:t>Adres do e-Doręczeń / e-mail</w:t>
            </w:r>
          </w:p>
        </w:tc>
        <w:tc>
          <w:tcPr>
            <w:tcW w:w="5953" w:type="dxa"/>
          </w:tcPr>
          <w:p w14:paraId="32DF7CC9" w14:textId="77777777" w:rsidR="001217D4" w:rsidRPr="00016DE8" w:rsidRDefault="001217D4">
            <w:pPr>
              <w:rPr>
                <w:lang w:val="pl-PL"/>
              </w:rPr>
            </w:pPr>
          </w:p>
        </w:tc>
      </w:tr>
      <w:tr w:rsidR="001217D4" w14:paraId="5EEDAC9D" w14:textId="77777777">
        <w:trPr>
          <w:jc w:val="center"/>
        </w:trPr>
        <w:tc>
          <w:tcPr>
            <w:tcW w:w="3118" w:type="dxa"/>
          </w:tcPr>
          <w:p w14:paraId="4F19D808" w14:textId="77777777" w:rsidR="001217D4" w:rsidRDefault="00000000">
            <w:proofErr w:type="spellStart"/>
            <w:r>
              <w:rPr>
                <w:sz w:val="19"/>
              </w:rPr>
              <w:t>Telefon</w:t>
            </w:r>
            <w:proofErr w:type="spellEnd"/>
          </w:p>
        </w:tc>
        <w:tc>
          <w:tcPr>
            <w:tcW w:w="5953" w:type="dxa"/>
          </w:tcPr>
          <w:p w14:paraId="2D8192E8" w14:textId="77777777" w:rsidR="001217D4" w:rsidRDefault="001217D4"/>
        </w:tc>
      </w:tr>
      <w:tr w:rsidR="001217D4" w14:paraId="27998860" w14:textId="77777777">
        <w:trPr>
          <w:jc w:val="center"/>
        </w:trPr>
        <w:tc>
          <w:tcPr>
            <w:tcW w:w="3118" w:type="dxa"/>
          </w:tcPr>
          <w:p w14:paraId="5F03F72C" w14:textId="77777777" w:rsidR="001217D4" w:rsidRDefault="00000000">
            <w:r>
              <w:rPr>
                <w:sz w:val="19"/>
              </w:rPr>
              <w:t>Osoba do kontaktu</w:t>
            </w:r>
          </w:p>
        </w:tc>
        <w:tc>
          <w:tcPr>
            <w:tcW w:w="5953" w:type="dxa"/>
          </w:tcPr>
          <w:p w14:paraId="362E41A8" w14:textId="77777777" w:rsidR="001217D4" w:rsidRDefault="001217D4"/>
        </w:tc>
      </w:tr>
    </w:tbl>
    <w:p w14:paraId="48118325" w14:textId="77777777" w:rsidR="001217D4" w:rsidRDefault="001217D4">
      <w:pPr>
        <w:spacing w:after="40"/>
      </w:pPr>
    </w:p>
    <w:p w14:paraId="62E10C17" w14:textId="77777777" w:rsidR="001217D4" w:rsidRPr="00016DE8" w:rsidRDefault="00000000">
      <w:pPr>
        <w:jc w:val="both"/>
        <w:rPr>
          <w:lang w:val="pl-PL"/>
        </w:rPr>
      </w:pPr>
      <w:r w:rsidRPr="00016DE8">
        <w:rPr>
          <w:lang w:val="pl-PL"/>
        </w:rPr>
        <w:t>W odpowiedzi na zapytanie ofertowe na „Dostawa fabrycznie nowego samochodu typu pick-up z podwójną kabiną i napędem 4x4 dla Starostwa Powiatowego w Gołdapi” oferuję/oferujemy wykonanie przedmiotu zamówienia na warunkach określonych w zapytaniu:</w:t>
      </w:r>
    </w:p>
    <w:p w14:paraId="30283213" w14:textId="39DF8E9D" w:rsidR="001217D4" w:rsidRPr="00016DE8" w:rsidRDefault="00000000" w:rsidP="00016DE8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016DE8">
        <w:rPr>
          <w:lang w:val="pl-PL"/>
        </w:rPr>
        <w:t>1.</w:t>
      </w:r>
      <w:r w:rsidRPr="00016DE8">
        <w:rPr>
          <w:lang w:val="pl-PL"/>
        </w:rPr>
        <w:tab/>
      </w:r>
      <w:r w:rsidRPr="00016DE8">
        <w:rPr>
          <w:b/>
          <w:lang w:val="pl-PL"/>
        </w:rPr>
        <w:t>Cena zamówienia podstawowego (pojazd):</w:t>
      </w:r>
      <w:r w:rsidRPr="00016DE8">
        <w:rPr>
          <w:lang w:val="pl-PL"/>
        </w:rPr>
        <w:t xml:space="preserve"> netto ………………… zł + VAT 23% ………………… zł = </w:t>
      </w:r>
      <w:r w:rsidRPr="00016DE8">
        <w:rPr>
          <w:b/>
          <w:lang w:val="pl-PL"/>
        </w:rPr>
        <w:t>brutto ………………… zł</w:t>
      </w:r>
      <w:r w:rsidRPr="00016DE8">
        <w:rPr>
          <w:lang w:val="pl-PL"/>
        </w:rPr>
        <w:t xml:space="preserve"> (słownie: ……………………………………………………).</w:t>
      </w:r>
    </w:p>
    <w:p w14:paraId="1115DC85" w14:textId="4B18EB86" w:rsidR="001217D4" w:rsidRPr="00016DE8" w:rsidRDefault="00016DE8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>
        <w:rPr>
          <w:lang w:val="pl-PL"/>
        </w:rPr>
        <w:t>2</w:t>
      </w:r>
      <w:r w:rsidR="00000000" w:rsidRPr="00016DE8">
        <w:rPr>
          <w:lang w:val="pl-PL"/>
        </w:rPr>
        <w:t>.</w:t>
      </w:r>
      <w:r w:rsidR="00000000" w:rsidRPr="00016DE8">
        <w:rPr>
          <w:lang w:val="pl-PL"/>
        </w:rPr>
        <w:tab/>
      </w:r>
      <w:r w:rsidR="00000000" w:rsidRPr="00016DE8">
        <w:rPr>
          <w:b/>
          <w:lang w:val="pl-PL"/>
        </w:rPr>
        <w:t>Cena oferty (oceniana w kryterium cena) = pkt 1 + razem opcja:</w:t>
      </w:r>
      <w:r w:rsidR="00000000" w:rsidRPr="00016DE8">
        <w:rPr>
          <w:lang w:val="pl-PL"/>
        </w:rPr>
        <w:t xml:space="preserve"> netto ………………… zł, </w:t>
      </w:r>
      <w:r w:rsidR="00000000" w:rsidRPr="00016DE8">
        <w:rPr>
          <w:b/>
          <w:lang w:val="pl-PL"/>
        </w:rPr>
        <w:t>brutto ………………… zł</w:t>
      </w:r>
      <w:r w:rsidR="00000000" w:rsidRPr="00016DE8">
        <w:rPr>
          <w:lang w:val="pl-PL"/>
        </w:rPr>
        <w:t xml:space="preserve"> (słownie: ……………………………………………………).</w:t>
      </w:r>
    </w:p>
    <w:p w14:paraId="0EB99716" w14:textId="7E492BAC" w:rsidR="001217D4" w:rsidRPr="00016DE8" w:rsidRDefault="00016DE8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>
        <w:rPr>
          <w:lang w:val="pl-PL"/>
        </w:rPr>
        <w:t>3</w:t>
      </w:r>
      <w:r w:rsidR="00000000" w:rsidRPr="00016DE8">
        <w:rPr>
          <w:lang w:val="pl-PL"/>
        </w:rPr>
        <w:t>.</w:t>
      </w:r>
      <w:r w:rsidR="00000000" w:rsidRPr="00016DE8">
        <w:rPr>
          <w:lang w:val="pl-PL"/>
        </w:rPr>
        <w:tab/>
      </w:r>
      <w:r w:rsidR="00000000" w:rsidRPr="00016DE8">
        <w:rPr>
          <w:b/>
          <w:lang w:val="pl-PL"/>
        </w:rPr>
        <w:t>Oferowany pojazd:</w:t>
      </w:r>
      <w:r w:rsidR="00000000" w:rsidRPr="00016DE8">
        <w:rPr>
          <w:lang w:val="pl-PL"/>
        </w:rPr>
        <w:t xml:space="preserve"> marka …………………, model …………………, wersja wyposażenia …………………, rodzaj napędu: diesel / hybryda (niepotrzebne skreślić; dla hybrydy typ: </w:t>
      </w:r>
      <w:proofErr w:type="spellStart"/>
      <w:r w:rsidR="00000000" w:rsidRPr="00016DE8">
        <w:rPr>
          <w:lang w:val="pl-PL"/>
        </w:rPr>
        <w:t>mild</w:t>
      </w:r>
      <w:proofErr w:type="spellEnd"/>
      <w:r w:rsidR="00000000" w:rsidRPr="00016DE8">
        <w:rPr>
          <w:lang w:val="pl-PL"/>
        </w:rPr>
        <w:t xml:space="preserve"> / </w:t>
      </w:r>
      <w:proofErr w:type="spellStart"/>
      <w:r w:rsidR="00000000" w:rsidRPr="00016DE8">
        <w:rPr>
          <w:lang w:val="pl-PL"/>
        </w:rPr>
        <w:t>full</w:t>
      </w:r>
      <w:proofErr w:type="spellEnd"/>
      <w:r w:rsidR="00000000" w:rsidRPr="00016DE8">
        <w:rPr>
          <w:lang w:val="pl-PL"/>
        </w:rPr>
        <w:t xml:space="preserve"> / plug-in i moc układu napędowego ………… KM), silnik ………… cm³ / ………… KM / ………… </w:t>
      </w:r>
      <w:proofErr w:type="spellStart"/>
      <w:r w:rsidR="00000000" w:rsidRPr="00016DE8">
        <w:rPr>
          <w:lang w:val="pl-PL"/>
        </w:rPr>
        <w:t>Nm</w:t>
      </w:r>
      <w:proofErr w:type="spellEnd"/>
      <w:r w:rsidR="00000000" w:rsidRPr="00016DE8">
        <w:rPr>
          <w:lang w:val="pl-PL"/>
        </w:rPr>
        <w:t>, skrzynia biegów: automatyczna, kraj produkcji: …………………, liczba miejsc: 5, rok produkcji 2026, kolor: biały (…………………), felgi …………″.</w:t>
      </w:r>
    </w:p>
    <w:p w14:paraId="00E5E663" w14:textId="1547D6F6" w:rsidR="001217D4" w:rsidRPr="00016DE8" w:rsidRDefault="00016DE8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>
        <w:rPr>
          <w:lang w:val="pl-PL"/>
        </w:rPr>
        <w:t>4</w:t>
      </w:r>
      <w:r w:rsidR="00000000" w:rsidRPr="00016DE8">
        <w:rPr>
          <w:lang w:val="pl-PL"/>
        </w:rPr>
        <w:t>.</w:t>
      </w:r>
      <w:r w:rsidR="00000000" w:rsidRPr="00016DE8">
        <w:rPr>
          <w:lang w:val="pl-PL"/>
        </w:rPr>
        <w:tab/>
      </w:r>
      <w:r w:rsidR="00000000" w:rsidRPr="00016DE8">
        <w:rPr>
          <w:b/>
          <w:lang w:val="pl-PL"/>
        </w:rPr>
        <w:t>Okres gwarancji mechanicznej:</w:t>
      </w:r>
      <w:r w:rsidR="00000000" w:rsidRPr="00016DE8">
        <w:rPr>
          <w:lang w:val="pl-PL"/>
        </w:rPr>
        <w:t xml:space="preserve"> ………… miesięcy (min. 36), limit przebiegu ………………… km.</w:t>
      </w:r>
    </w:p>
    <w:p w14:paraId="0EC40AB5" w14:textId="4143D702" w:rsidR="001217D4" w:rsidRPr="00016DE8" w:rsidRDefault="00016DE8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>
        <w:rPr>
          <w:lang w:val="pl-PL"/>
        </w:rPr>
        <w:t>5</w:t>
      </w:r>
      <w:r w:rsidR="00000000" w:rsidRPr="00016DE8">
        <w:rPr>
          <w:lang w:val="pl-PL"/>
        </w:rPr>
        <w:t>.</w:t>
      </w:r>
      <w:r w:rsidR="00000000" w:rsidRPr="00016DE8">
        <w:rPr>
          <w:lang w:val="pl-PL"/>
        </w:rPr>
        <w:tab/>
      </w:r>
      <w:r w:rsidR="00000000" w:rsidRPr="00016DE8">
        <w:rPr>
          <w:b/>
          <w:lang w:val="pl-PL"/>
        </w:rPr>
        <w:t>Termin realizacji:</w:t>
      </w:r>
      <w:r w:rsidR="00000000" w:rsidRPr="00016DE8">
        <w:rPr>
          <w:lang w:val="pl-PL"/>
        </w:rPr>
        <w:t xml:space="preserve"> do 23.12.2026 r.</w:t>
      </w:r>
    </w:p>
    <w:p w14:paraId="11DB71B6" w14:textId="21F63B2F" w:rsidR="001217D4" w:rsidRPr="00016DE8" w:rsidRDefault="00016DE8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>
        <w:rPr>
          <w:lang w:val="pl-PL"/>
        </w:rPr>
        <w:t>6</w:t>
      </w:r>
      <w:r w:rsidR="00000000" w:rsidRPr="00016DE8">
        <w:rPr>
          <w:lang w:val="pl-PL"/>
        </w:rPr>
        <w:t>.</w:t>
      </w:r>
      <w:r w:rsidR="00000000" w:rsidRPr="00016DE8">
        <w:rPr>
          <w:lang w:val="pl-PL"/>
        </w:rPr>
        <w:tab/>
      </w:r>
      <w:r w:rsidR="00000000" w:rsidRPr="00016DE8">
        <w:rPr>
          <w:b/>
          <w:lang w:val="pl-PL"/>
        </w:rPr>
        <w:t>Autoryzowana stacja obsługi:</w:t>
      </w:r>
      <w:r w:rsidR="00000000" w:rsidRPr="00016DE8">
        <w:rPr>
          <w:lang w:val="pl-PL"/>
        </w:rPr>
        <w:t xml:space="preserve"> ……………………………………… (nazwa, adres, odległość od Gołdapi w km).</w:t>
      </w:r>
    </w:p>
    <w:p w14:paraId="2AA61BB0" w14:textId="77777777" w:rsidR="001217D4" w:rsidRPr="00016DE8" w:rsidRDefault="00000000">
      <w:pPr>
        <w:spacing w:before="120"/>
        <w:rPr>
          <w:lang w:val="pl-PL"/>
        </w:rPr>
      </w:pPr>
      <w:r w:rsidRPr="00016DE8">
        <w:rPr>
          <w:b/>
          <w:lang w:val="pl-PL"/>
        </w:rPr>
        <w:t>Oświadczenia Wykonawcy:</w:t>
      </w:r>
    </w:p>
    <w:p w14:paraId="4180F27C" w14:textId="77777777" w:rsidR="001217D4" w:rsidRPr="00016DE8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016DE8">
        <w:rPr>
          <w:lang w:val="pl-PL"/>
        </w:rPr>
        <w:t>–</w:t>
      </w:r>
      <w:r w:rsidRPr="00016DE8">
        <w:rPr>
          <w:lang w:val="pl-PL"/>
        </w:rPr>
        <w:tab/>
        <w:t>Oferowany pojazd spełnia wszystkie wymagania Opisu Przedmiotu Zamówienia (zał. A).</w:t>
      </w:r>
    </w:p>
    <w:p w14:paraId="0AE36271" w14:textId="7C3D1263" w:rsidR="001217D4" w:rsidRPr="00016DE8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016DE8">
        <w:rPr>
          <w:lang w:val="pl-PL"/>
        </w:rPr>
        <w:t>–</w:t>
      </w:r>
      <w:r w:rsidRPr="00016DE8">
        <w:rPr>
          <w:lang w:val="pl-PL"/>
        </w:rPr>
        <w:tab/>
        <w:t>Oferowany pojazd nie został wyprodukowany w Chińskiej Republice Ludowej.</w:t>
      </w:r>
    </w:p>
    <w:p w14:paraId="50444DAF" w14:textId="38B47415" w:rsidR="001217D4" w:rsidRPr="00016DE8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016DE8">
        <w:rPr>
          <w:lang w:val="pl-PL"/>
        </w:rPr>
        <w:t>–</w:t>
      </w:r>
      <w:r w:rsidRPr="00016DE8">
        <w:rPr>
          <w:lang w:val="pl-PL"/>
        </w:rPr>
        <w:tab/>
        <w:t xml:space="preserve">Cena oferty obejmuje wszystkie koszty realizacji zamówienia. </w:t>
      </w:r>
    </w:p>
    <w:p w14:paraId="67651B19" w14:textId="77777777" w:rsidR="001217D4" w:rsidRPr="00016DE8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016DE8">
        <w:rPr>
          <w:lang w:val="pl-PL"/>
        </w:rPr>
        <w:t>–</w:t>
      </w:r>
      <w:r w:rsidRPr="00016DE8">
        <w:rPr>
          <w:lang w:val="pl-PL"/>
        </w:rPr>
        <w:tab/>
        <w:t>Akceptuję/akceptujemy projektowane postanowienia umowy (zał. C) i zobowiązuję/zobowiązujemy się do zawarcia umowy w miejscu i terminie wskazanym przez Zamawiającego.</w:t>
      </w:r>
    </w:p>
    <w:p w14:paraId="2CCD76D5" w14:textId="77777777" w:rsidR="001217D4" w:rsidRPr="00016DE8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016DE8">
        <w:rPr>
          <w:lang w:val="pl-PL"/>
        </w:rPr>
        <w:t>–</w:t>
      </w:r>
      <w:r w:rsidRPr="00016DE8">
        <w:rPr>
          <w:lang w:val="pl-PL"/>
        </w:rPr>
        <w:tab/>
        <w:t>Jestem/jesteśmy związani ofertą przez 30 dni od upływu terminu składania ofert.</w:t>
      </w:r>
    </w:p>
    <w:p w14:paraId="6154A0AB" w14:textId="77777777" w:rsidR="001217D4" w:rsidRPr="00016DE8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016DE8">
        <w:rPr>
          <w:lang w:val="pl-PL"/>
        </w:rPr>
        <w:lastRenderedPageBreak/>
        <w:t>–</w:t>
      </w:r>
      <w:r w:rsidRPr="00016DE8">
        <w:rPr>
          <w:lang w:val="pl-PL"/>
        </w:rPr>
        <w:tab/>
        <w:t>Przyjmuję/przyjmujemy do wiadomości, że Zamawiający może unieważnić postępowanie bez podania przyczyny, i nie będę/nie będziemy z tego tytułu zgłaszać żadnych roszczeń, w tym o zwrot kosztów przygotowania oferty.</w:t>
      </w:r>
    </w:p>
    <w:p w14:paraId="06A4B16B" w14:textId="77777777" w:rsidR="001217D4" w:rsidRPr="00016DE8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016DE8">
        <w:rPr>
          <w:lang w:val="pl-PL"/>
        </w:rPr>
        <w:t>–</w:t>
      </w:r>
      <w:r w:rsidRPr="00016DE8">
        <w:rPr>
          <w:lang w:val="pl-PL"/>
        </w:rPr>
        <w:tab/>
        <w:t>Nie podlegam/nie podlegamy wykluczeniu na podstawie art. 7 ust. 1 ustawy z dnia 13.04.2022 r. o szczególnych rozwiązaniach w zakresie przeciwdziałania wspieraniu agresji na Ukrainę oraz służących ochronie bezpieczeństwa narodowego.</w:t>
      </w:r>
    </w:p>
    <w:p w14:paraId="7736FB8F" w14:textId="77777777" w:rsidR="001217D4" w:rsidRPr="00016DE8" w:rsidRDefault="00000000">
      <w:pPr>
        <w:tabs>
          <w:tab w:val="left" w:pos="425"/>
        </w:tabs>
        <w:spacing w:after="60"/>
        <w:ind w:left="425" w:hanging="425"/>
        <w:jc w:val="both"/>
        <w:rPr>
          <w:lang w:val="pl-PL"/>
        </w:rPr>
      </w:pPr>
      <w:r w:rsidRPr="00016DE8">
        <w:rPr>
          <w:lang w:val="pl-PL"/>
        </w:rPr>
        <w:t>–</w:t>
      </w:r>
      <w:r w:rsidRPr="00016DE8">
        <w:rPr>
          <w:lang w:val="pl-PL"/>
        </w:rPr>
        <w:tab/>
        <w:t>Wypełniłem/wypełniliśmy obowiązki informacyjne z art. 13 lub 14 RODO wobec osób fizycznych, których dane pozyskałem/pozyskaliśmy w celu ubiegania się o udzielenie zamówienia.</w:t>
      </w:r>
    </w:p>
    <w:p w14:paraId="135D84CE" w14:textId="77777777" w:rsidR="001217D4" w:rsidRPr="00016DE8" w:rsidRDefault="00000000">
      <w:pPr>
        <w:spacing w:before="120"/>
        <w:rPr>
          <w:lang w:val="pl-PL"/>
        </w:rPr>
      </w:pPr>
      <w:r w:rsidRPr="00016DE8">
        <w:rPr>
          <w:b/>
          <w:lang w:val="pl-PL"/>
        </w:rPr>
        <w:t>Załączniki do oferty:</w:t>
      </w:r>
      <w:r w:rsidRPr="00016DE8">
        <w:rPr>
          <w:lang w:val="pl-PL"/>
        </w:rPr>
        <w:t xml:space="preserve"> specyfikacja techniczna / karta katalogowa pojazdu; pełnomocnictwo (jeżeli dotyczy).</w:t>
      </w:r>
    </w:p>
    <w:p w14:paraId="05BC7D06" w14:textId="77777777" w:rsidR="001217D4" w:rsidRPr="00016DE8" w:rsidRDefault="00000000">
      <w:pPr>
        <w:spacing w:before="280"/>
        <w:rPr>
          <w:lang w:val="pl-PL"/>
        </w:rPr>
      </w:pPr>
      <w:r w:rsidRPr="00016DE8">
        <w:rPr>
          <w:lang w:val="pl-PL"/>
        </w:rPr>
        <w:t>……………………, dnia ……………… 2026 r.</w:t>
      </w:r>
    </w:p>
    <w:p w14:paraId="2B150CC6" w14:textId="77777777" w:rsidR="001217D4" w:rsidRPr="00016DE8" w:rsidRDefault="00000000">
      <w:pPr>
        <w:spacing w:before="280"/>
        <w:jc w:val="right"/>
        <w:rPr>
          <w:lang w:val="pl-PL"/>
        </w:rPr>
      </w:pPr>
      <w:r w:rsidRPr="00016DE8">
        <w:rPr>
          <w:i/>
          <w:sz w:val="17"/>
          <w:lang w:val="pl-PL"/>
        </w:rPr>
        <w:t>(kwalifikowany podpis elektroniczny, podpis zaufany lub podpis osobisty osoby uprawnionej do reprezentacji Wykonawcy)</w:t>
      </w:r>
    </w:p>
    <w:sectPr w:rsidR="001217D4" w:rsidRPr="00016DE8" w:rsidSect="00034616">
      <w:headerReference w:type="default" r:id="rId8"/>
      <w:footerReference w:type="default" r:id="rId9"/>
      <w:pgSz w:w="11906" w:h="16838"/>
      <w:pgMar w:top="1417" w:right="1417" w:bottom="1134" w:left="1417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1AD77" w14:textId="77777777" w:rsidR="001C5ACA" w:rsidRDefault="001C5ACA">
      <w:pPr>
        <w:spacing w:after="0" w:line="240" w:lineRule="auto"/>
      </w:pPr>
      <w:r>
        <w:separator/>
      </w:r>
    </w:p>
  </w:endnote>
  <w:endnote w:type="continuationSeparator" w:id="0">
    <w:p w14:paraId="6E0A50CB" w14:textId="77777777" w:rsidR="001C5ACA" w:rsidRDefault="001C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AD182" w14:textId="77777777" w:rsidR="001217D4" w:rsidRDefault="00000000">
    <w:pPr>
      <w:pStyle w:val="Stopka"/>
      <w:jc w:val="center"/>
    </w:pPr>
    <w:r>
      <w:rPr>
        <w:sz w:val="16"/>
      </w:rPr>
      <w:t xml:space="preserve">Znak </w:t>
    </w:r>
    <w:proofErr w:type="spellStart"/>
    <w:r>
      <w:rPr>
        <w:sz w:val="16"/>
      </w:rPr>
      <w:t>sprawy</w:t>
    </w:r>
    <w:proofErr w:type="spellEnd"/>
    <w:r>
      <w:rPr>
        <w:sz w:val="16"/>
      </w:rPr>
      <w:t>: OR.272.14.2026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039F8" w14:textId="77777777" w:rsidR="001C5ACA" w:rsidRDefault="001C5ACA">
      <w:pPr>
        <w:spacing w:after="0" w:line="240" w:lineRule="auto"/>
      </w:pPr>
      <w:r>
        <w:separator/>
      </w:r>
    </w:p>
  </w:footnote>
  <w:footnote w:type="continuationSeparator" w:id="0">
    <w:p w14:paraId="1CDD67E0" w14:textId="77777777" w:rsidR="001C5ACA" w:rsidRDefault="001C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AC992" w14:textId="77777777" w:rsidR="001217D4" w:rsidRDefault="00000000">
    <w:pPr>
      <w:pStyle w:val="Nagwek"/>
    </w:pPr>
    <w:r>
      <w:rPr>
        <w:noProof/>
      </w:rPr>
      <w:drawing>
        <wp:inline distT="0" distB="0" distL="0" distR="0" wp14:anchorId="5E195902" wp14:editId="0D789ABD">
          <wp:extent cx="1694815" cy="74986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4815" cy="749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sz w:val="20"/>
      </w:rPr>
      <w:t xml:space="preserve">                                                     Powiat </w:t>
    </w:r>
    <w:proofErr w:type="spellStart"/>
    <w:r>
      <w:rPr>
        <w:i/>
        <w:sz w:val="20"/>
      </w:rPr>
      <w:t>Gołdapski</w:t>
    </w:r>
    <w:proofErr w:type="spellEnd"/>
    <w:r>
      <w:rPr>
        <w:i/>
        <w:sz w:val="20"/>
      </w:rPr>
      <w:t xml:space="preserve"> ul. </w:t>
    </w:r>
    <w:proofErr w:type="spellStart"/>
    <w:r>
      <w:rPr>
        <w:i/>
        <w:sz w:val="20"/>
      </w:rPr>
      <w:t>Krótka</w:t>
    </w:r>
    <w:proofErr w:type="spellEnd"/>
    <w:r>
      <w:rPr>
        <w:i/>
        <w:sz w:val="20"/>
      </w:rPr>
      <w:t xml:space="preserve"> 1 19-500 </w:t>
    </w:r>
    <w:proofErr w:type="spellStart"/>
    <w:r>
      <w:rPr>
        <w:i/>
        <w:sz w:val="20"/>
      </w:rPr>
      <w:t>Gołdap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9457207">
    <w:abstractNumId w:val="8"/>
  </w:num>
  <w:num w:numId="2" w16cid:durableId="367146800">
    <w:abstractNumId w:val="6"/>
  </w:num>
  <w:num w:numId="3" w16cid:durableId="1458373896">
    <w:abstractNumId w:val="5"/>
  </w:num>
  <w:num w:numId="4" w16cid:durableId="1148399971">
    <w:abstractNumId w:val="4"/>
  </w:num>
  <w:num w:numId="5" w16cid:durableId="658197618">
    <w:abstractNumId w:val="7"/>
  </w:num>
  <w:num w:numId="6" w16cid:durableId="825827451">
    <w:abstractNumId w:val="3"/>
  </w:num>
  <w:num w:numId="7" w16cid:durableId="135418956">
    <w:abstractNumId w:val="2"/>
  </w:num>
  <w:num w:numId="8" w16cid:durableId="712460672">
    <w:abstractNumId w:val="1"/>
  </w:num>
  <w:num w:numId="9" w16cid:durableId="1085952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DE8"/>
    <w:rsid w:val="00034616"/>
    <w:rsid w:val="0006063C"/>
    <w:rsid w:val="001217D4"/>
    <w:rsid w:val="0015074B"/>
    <w:rsid w:val="001C5ACA"/>
    <w:rsid w:val="0029639D"/>
    <w:rsid w:val="002A7FF9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668095"/>
  <w14:defaultImageDpi w14:val="300"/>
  <w15:docId w15:val="{666A871F-D4FB-4CFB-B011-D15C28765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400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Łukasz Dębowski</cp:lastModifiedBy>
  <cp:revision>2</cp:revision>
  <dcterms:created xsi:type="dcterms:W3CDTF">2013-12-23T23:15:00Z</dcterms:created>
  <dcterms:modified xsi:type="dcterms:W3CDTF">2026-11-05T13:08:00Z</dcterms:modified>
  <cp:category/>
</cp:coreProperties>
</file>